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"שחור לבן שחור" - חיי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מתוך כתבה עיונית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ולהבין קשרי סיבה ותוצאה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ולתרגל כתיבת דעה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בעדרים גדולים, יחד עם עדרי גנו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חלק מהן נשארות ערות לשמור בעוד האחרות ישנות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בגלל ההתנהגות התוקפנית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לכל אחד דגם ייחודי משלו, כמו חותמת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הן אינן מעלות גירה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בכתבה מתואר שתמיד פוגשים זברות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חלק מהזברות נשארות ערות כדי לשמור מפני טורפים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בקטע 'מכיר את הפסים של אמא'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בכתבה נכתב שהעקיצה מסכנת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(לגרש)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(שוב ושוב)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(קבוצת בעלי חיים החיה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(שטח שבו אוכלים עשב)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(הסתתרות בעזרת התאמה לסביבה)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(לועס מחדש אוכל שכבר נבלע)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אצבעות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צה-צה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בגלל ההתנהגות התוקפנית של הזברות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הזברות תמיד נמצאות בקבוצה או בעדר, לא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הפסים מבלבלים את זבובי הצה-צה, או משמשים הסוואה מפני טורפים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ברורה בעד או נגד, עם נימוק מתוך הכתבה כמו מידע מפתיע או נושא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 ברורה עם נימוק מהכתבה, למשל ביטחון בקבוצה גדולה או מציאת 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הסוואה / בלבול זבובי הצה-צה / הגנה מקרינת שמש / טשטוש בתנועה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העדר מפני טורפים בזמן שהאחרות ישנות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לכל זברה דגם ייחודי משלה, בדיוק כמו טביעת אצבע אישית לכל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קטגוריות (איתור מידע, פרשנות, כתיבה) ולעבוד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הקטע 'מכיר את הפסים של אמא' בקול רם לפני פתרון השאלות על דגם הפסים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בשאלות הכתיבה הפתוחה כדאי להציג דוגמת תשובה אחת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"שחור לבן שחור" - חיי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נענה על שאלות על הכתבה 'שחור לבן שחור', שמספרת על הזברות ועל החיים שלהן בטבע.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בעלי חיים שחיה ונעה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פתוח שבו בעלי חיים אוכלים עשב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התחפשות לפי הסביבה כדי לא להתגלות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ממקום למקום לפי עונות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זבוב הצה-צה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זבוב מסוכן שעקיצתו יכולה לסכן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להניס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לגרש בכוח ממקום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ללא הרף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 ושוב, בלי הפסקה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מעלה גירה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לועס מחדש אוכל שכבר נבלע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הזברות נודדות?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לבד, כל זברה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בעדרים גדולים, יחד עם עדרי 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בקיץ ובלי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עושות הזברות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ישנות יחד באותו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מהן נשארות ערות לשמור בעוד האחרות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ממשיכות לנדוד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אוכלות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לא הפכו את הזברות לחיות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קטנות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ההתנהגות התוקפנית שלהן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הן חיות רק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להן פרווה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דגם הפסים דומה לטביעת אצבע?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לשניהם יש 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 אחד דגם ייחודי משלו, כמו חותמת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משמשים נגד 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משתנים עם הגיל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הזברות אוכלות גם ביום?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אוהבות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הן אינן מעלות 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הגנו אוכל את כל העשב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הטורפים ישנים ביום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חיות בעדרים ולא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במהלך הלילה כל הזברות ישנות בו זמנית.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נודדות בקיץ יחד עם עדרי הגנו.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זברה יש דגם פסים ייחודי משלה, כמו טביעת אצבע.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עקיצת זבוב הצה-צה אינה מסוכנת לזברות.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להניס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הסתתרות בעזרת התאמה לסביבה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ללא הרף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שוב ושוב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בעלי חיים החיה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לועס מחדש אוכל שכבר נבלע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מעלה 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שטח שבו אוכלים עשב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הזברות נודדות בקיץ יחד עם עדרי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הפסים על גוף הזברה משמשים לה גם כ__________ מפני טורפים.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בדיוק כמו טביעת ה__________ שלנו, לכל זברה יש דגם פסים ייחודי.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הזברות אינן מעלות __________, ולכן הן חייבות לאכול גם ביום.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עקיצת זבוב ה__________ יכולה לסכן את חיי הזברה.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הסיבה לכך שבני האדם לא אילפו את הזברות? נמקו לפי 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הביאו דוגמה אחת מהכתבה לכך שהזברה היא בעל חיים חברתי.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אחד ההסברים המדעיים בכתבה לכך שלזברה יש פסים, וכתבו אותו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הייתם ממליצים לחבר או לחברה לקרוא את הכתבה 'שחור לבן שחור'? נמקו בשתיים-שלוש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על כך שהזברות בוחרות לנדוד יחד עם עדרי הגנו ולא לבד? הסבירו לפי 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הסיבות שמסבירות מדוע יש לזברה פסים?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חלק מהזברות נשארות ערות בלילה?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המשותף בין דגם הפסים של הזברה לטביעת אצבע?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הכתבה "שחור לבן שחור" - חיי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