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🦓 סוד הפסים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הכתבה "שחור לבן שחור" - חיי הזברות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לאתר מידע מדויק מתוך כתבה עיונית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להסיק מסקנות ולהבין קשרי סיבה ותוצאה בטקסט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להרחיב אוצר מילים ולתרגל כתיבת דעה מנומקת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הבנת הכתבה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בעדרים גדולים, יחד עם עדרי גנו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חלק מהן נשארות ערות לשמור בעוד האחרות ישנות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בגלל ההתנהגות התוקפנית שלהן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בכתבה מתואר שתמיד פוגשים זברות בקבוצות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כך כתוב בכתבה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התאמת מילים ומשמעותן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(לגרש)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(שוב ושוב)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(שטח שבו אוכלים עשב)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(הסתתרות בעזרת התאמה לסביבה)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השלימו את המשפט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גנו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הסוואה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הבנה והסקה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הזברות תמיד נמצאות בקבוצה או בעדר, לא לבד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כתיבת דעה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תשובה ברורה בעד או נגד, עם נימוק מתוך הכתבה כמו מידע מפתיע או נושא מעניין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הסוואה / בלבול זבובי הצה-צה / הגנה מקרינת שמש / טשטוש בתנועה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כדי לשמור על העדר מפני טורפים בזמן שהאחרות ישנות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לכל זברה דגם ייחודי משלה, בדיוק כמו טביעת אצבע אישית לכל אדם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לחלק את הדף לפי קטגוריות (איתור מידע, פרשנות, כתיבה) ולעבוד בקבוצות קטנות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לקרוא את הקטע 'מכיר את הפסים של אמא' בקול רם לפני פתרון השאלות על דגם הפסים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בשאלות הכתיבה הפתוחה כדאי להציג דוגמת תשובה אחת לפני העבודה העצמאית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🦓 סוד הפסים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הכתבה "שחור לבן שחור" - חיי הזברות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בדף זה נתרגל את התוכן מהכתבה 'שחור לבן שחור' על חיי הזברות בטבע - איך הן חיות בעדר, איך הן שומרות אחת על השנייה, ולמה יש להן פסים.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גנו  ·  הסוואה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הבנת הכתבה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איך הזברות נעות בזמן הנדידה?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לבד, כל זברה בנפרד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בעדרים גדולים, יחד עם עדרי גנו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רק בלילה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מה קורה בלילה אצל הזברות?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כולן ישנות יחד באותו זמן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חלק מהן נשארות ערות לשמור בעוד האחרות ישנות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הן ממשיכות לנדוד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3. למה בני האדם לא אילפו את הזברות כמו שאילפו סוסים וחמורים?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כי הן קטנות מדי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בגלל ההתנהגות התוקפנית שלהן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כי הן חיות רק באפריקה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הזברות חיות בעדרים ולא לבד.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הזברות נודדות בקיץ יחד עם עדרי הגנו.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התאמת מילים ומשמעותן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להניס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הסתתרות בעזרת התאמה לסביבה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ללא הרף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שטח שבו אוכלים עשב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מרעה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לגרש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סוואה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שוב ושוב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השלימו את המשפט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הזברות נודדות בקיץ יחד עם עדרי 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הפסים על גוף הזברה משמשים לה גם כ__________ מפני טורפים.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הבנה והסקה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הביאו דוגמה אחת מהכתבה לכך שהזברה היא בעל חיים חברתי.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כתיבת דעה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האם הייתם ממליצים לחבר או לחברה לקרוא את הכתבה 'שחור לבן שחור'? נמקו בשתיים-שלוש שורות.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מהי אחת הסיבות שמסבירות מדוע יש לזברה פסים?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מדוע חלק מהזברות נשארות ערות בלילה?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הכתבה "שחור לבן שחור" - חיי הזברות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